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D2712" w14:textId="77777777" w:rsidR="009F74AA" w:rsidRPr="00CF6956" w:rsidRDefault="00000000">
      <w:pPr>
        <w:pStyle w:val="Titre1"/>
        <w:rPr>
          <w:lang w:val="es-ES"/>
        </w:rPr>
      </w:pPr>
      <w:r w:rsidRPr="00CF6956">
        <w:rPr>
          <w:lang w:val="es-ES"/>
        </w:rPr>
        <w:t>Modelo de carta - Solicitud de devolución de la fianza del alquiler</w:t>
      </w:r>
    </w:p>
    <w:p w14:paraId="6F5313FF" w14:textId="77777777" w:rsidR="00CF6956" w:rsidRPr="00CF6956" w:rsidRDefault="00CF6956">
      <w:pPr>
        <w:rPr>
          <w:lang w:val="es-ES"/>
        </w:rPr>
      </w:pPr>
    </w:p>
    <w:p w14:paraId="5F80E78E" w14:textId="3654D3EE" w:rsidR="009F74AA" w:rsidRDefault="00000000">
      <w:r w:rsidRPr="00CF6956">
        <w:rPr>
          <w:lang w:val="es-ES"/>
        </w:rPr>
        <w:t>[Nombre y Apellidos]</w:t>
      </w:r>
      <w:r w:rsidRPr="00CF6956">
        <w:rPr>
          <w:lang w:val="es-ES"/>
        </w:rPr>
        <w:br/>
        <w:t>[Dirección completa]</w:t>
      </w:r>
      <w:r w:rsidRPr="00CF6956">
        <w:rPr>
          <w:lang w:val="es-ES"/>
        </w:rPr>
        <w:br/>
        <w:t>[Código postal, Ciudad]</w:t>
      </w:r>
      <w:r w:rsidRPr="00CF6956">
        <w:rPr>
          <w:lang w:val="es-ES"/>
        </w:rPr>
        <w:br/>
      </w:r>
      <w:r w:rsidRPr="00CF6956">
        <w:rPr>
          <w:lang w:val="es-ES"/>
        </w:rPr>
        <w:br/>
        <w:t>A la atención de [Nombre del propietario / agencia]</w:t>
      </w:r>
      <w:r w:rsidRPr="00CF6956">
        <w:rPr>
          <w:lang w:val="es-ES"/>
        </w:rPr>
        <w:br/>
        <w:t>[Dirección completa]</w:t>
      </w:r>
      <w:r w:rsidRPr="00CF6956">
        <w:rPr>
          <w:lang w:val="es-ES"/>
        </w:rPr>
        <w:br/>
      </w:r>
      <w:r w:rsidRPr="00CF6956">
        <w:rPr>
          <w:lang w:val="es-ES"/>
        </w:rPr>
        <w:br/>
        <w:t>Hecho en [Ciudad], el [Fecha]</w:t>
      </w:r>
      <w:r w:rsidRPr="00CF6956">
        <w:rPr>
          <w:lang w:val="es-ES"/>
        </w:rPr>
        <w:br/>
      </w:r>
      <w:r w:rsidRPr="00CF6956">
        <w:rPr>
          <w:lang w:val="es-ES"/>
        </w:rPr>
        <w:br/>
      </w:r>
      <w:r w:rsidRPr="007B1EA6">
        <w:rPr>
          <w:b/>
          <w:bCs/>
          <w:lang w:val="es-ES"/>
        </w:rPr>
        <w:t>Asunto: Solicitud de devolución de la fianza del alquiler</w:t>
      </w:r>
      <w:r w:rsidRPr="007B1EA6">
        <w:rPr>
          <w:b/>
          <w:bCs/>
          <w:lang w:val="es-ES"/>
        </w:rPr>
        <w:br/>
      </w:r>
      <w:r w:rsidRPr="00CF6956">
        <w:rPr>
          <w:lang w:val="es-ES"/>
        </w:rPr>
        <w:br/>
        <w:t>Estimado/a señor/a:</w:t>
      </w:r>
      <w:r w:rsidRPr="00CF6956">
        <w:rPr>
          <w:lang w:val="es-ES"/>
        </w:rPr>
        <w:br/>
      </w:r>
      <w:r w:rsidRPr="00CF6956">
        <w:rPr>
          <w:lang w:val="es-ES"/>
        </w:rPr>
        <w:br/>
        <w:t>El [fecha de finalización del contrato], entregué la vivienda situada en [dirección del inmueble] y el acta de estado de salida fue firmada el [fecha].</w:t>
      </w:r>
      <w:r w:rsidRPr="00CF6956">
        <w:rPr>
          <w:lang w:val="es-ES"/>
        </w:rPr>
        <w:br/>
      </w:r>
      <w:r w:rsidRPr="00CF6956">
        <w:rPr>
          <w:lang w:val="es-ES"/>
        </w:rPr>
        <w:br/>
        <w:t>Dado que no se ha constatado ningún daño ni incumplimiento, le solicito la devolución íntegra de la fianza del alquiler por un importe de [importe en euros].</w:t>
      </w:r>
      <w:r w:rsidRPr="00CF6956">
        <w:rPr>
          <w:lang w:val="es-ES"/>
        </w:rPr>
        <w:br/>
      </w:r>
      <w:r w:rsidRPr="00CF6956">
        <w:rPr>
          <w:lang w:val="es-ES"/>
        </w:rPr>
        <w:br/>
        <w:t>Por favor, transfiera esta cantidad a la siguiente cuenta:</w:t>
      </w:r>
      <w:r w:rsidRPr="00CF6956">
        <w:rPr>
          <w:lang w:val="es-ES"/>
        </w:rPr>
        <w:br/>
      </w:r>
      <w:r w:rsidRPr="007B1EA6">
        <w:rPr>
          <w:b/>
          <w:bCs/>
          <w:lang w:val="es-ES"/>
        </w:rPr>
        <w:t>IBAN: [su IBAN] – Titular: [su nombre completo]</w:t>
      </w:r>
      <w:r w:rsidRPr="007B1EA6">
        <w:rPr>
          <w:b/>
          <w:bCs/>
          <w:lang w:val="es-ES"/>
        </w:rPr>
        <w:br/>
      </w:r>
      <w:r w:rsidRPr="00CF6956">
        <w:rPr>
          <w:lang w:val="es-ES"/>
        </w:rPr>
        <w:br/>
        <w:t>Le ruego realizar la transferencia en un plazo razonable (máximo 30 días).</w:t>
      </w:r>
      <w:r w:rsidRPr="00CF6956">
        <w:rPr>
          <w:lang w:val="es-ES"/>
        </w:rPr>
        <w:br/>
      </w:r>
      <w:r w:rsidRPr="00CF6956">
        <w:rPr>
          <w:lang w:val="es-ES"/>
        </w:rPr>
        <w:br/>
      </w:r>
      <w:r>
        <w:t>Atentamente,</w:t>
      </w:r>
      <w:r>
        <w:br/>
        <w:t>[Firma]</w:t>
      </w:r>
      <w:r>
        <w:br/>
      </w:r>
    </w:p>
    <w:sectPr w:rsidR="009F74AA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BCAB9C" w14:textId="77777777" w:rsidR="009E7915" w:rsidRDefault="009E7915" w:rsidP="00CF6956">
      <w:pPr>
        <w:spacing w:after="0" w:line="240" w:lineRule="auto"/>
      </w:pPr>
      <w:r>
        <w:separator/>
      </w:r>
    </w:p>
  </w:endnote>
  <w:endnote w:type="continuationSeparator" w:id="0">
    <w:p w14:paraId="67AE6F1D" w14:textId="77777777" w:rsidR="009E7915" w:rsidRDefault="009E7915" w:rsidP="00CF69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50DF9" w14:textId="77777777" w:rsidR="00CF6956" w:rsidRDefault="00CF695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EB597" w14:textId="3B483C6A" w:rsidR="00CF6956" w:rsidRPr="00CF6956" w:rsidRDefault="00CF6956" w:rsidP="00CF6956">
    <w:pPr>
      <w:pStyle w:val="Pieddepage"/>
      <w:jc w:val="right"/>
      <w:rPr>
        <w:u w:val="single"/>
        <w:lang w:val="fr-BE"/>
      </w:rPr>
    </w:pPr>
    <w:r w:rsidRPr="00CF6956">
      <w:rPr>
        <w:lang w:val="fr-BE"/>
      </w:rPr>
      <w:t>Model</w:t>
    </w:r>
    <w:r>
      <w:rPr>
        <w:lang w:val="fr-BE"/>
      </w:rPr>
      <w:t>o</w:t>
    </w:r>
    <w:r w:rsidRPr="00CF6956">
      <w:rPr>
        <w:lang w:val="fr-BE"/>
      </w:rPr>
      <w:t xml:space="preserve"> </w:t>
    </w:r>
    <w:r w:rsidRPr="00CF6956">
      <w:rPr>
        <w:color w:val="0070C0"/>
        <w:u w:val="single"/>
        <w:lang w:val="fr-BE"/>
      </w:rPr>
      <w:t>garantie.be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0611A" w14:textId="77777777" w:rsidR="00CF6956" w:rsidRDefault="00CF695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36B98" w14:textId="77777777" w:rsidR="009E7915" w:rsidRDefault="009E7915" w:rsidP="00CF6956">
      <w:pPr>
        <w:spacing w:after="0" w:line="240" w:lineRule="auto"/>
      </w:pPr>
      <w:r>
        <w:separator/>
      </w:r>
    </w:p>
  </w:footnote>
  <w:footnote w:type="continuationSeparator" w:id="0">
    <w:p w14:paraId="4BCE33F8" w14:textId="77777777" w:rsidR="009E7915" w:rsidRDefault="009E7915" w:rsidP="00CF69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4FDD1" w14:textId="77777777" w:rsidR="00CF6956" w:rsidRDefault="00CF6956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0EE27" w14:textId="77777777" w:rsidR="00CF6956" w:rsidRDefault="00CF6956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B7D7D" w14:textId="77777777" w:rsidR="00CF6956" w:rsidRDefault="00CF695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84692101">
    <w:abstractNumId w:val="8"/>
  </w:num>
  <w:num w:numId="2" w16cid:durableId="1538204520">
    <w:abstractNumId w:val="6"/>
  </w:num>
  <w:num w:numId="3" w16cid:durableId="1274433126">
    <w:abstractNumId w:val="5"/>
  </w:num>
  <w:num w:numId="4" w16cid:durableId="234750133">
    <w:abstractNumId w:val="4"/>
  </w:num>
  <w:num w:numId="5" w16cid:durableId="1115296133">
    <w:abstractNumId w:val="7"/>
  </w:num>
  <w:num w:numId="6" w16cid:durableId="1490711289">
    <w:abstractNumId w:val="3"/>
  </w:num>
  <w:num w:numId="7" w16cid:durableId="1257405684">
    <w:abstractNumId w:val="2"/>
  </w:num>
  <w:num w:numId="8" w16cid:durableId="2044669749">
    <w:abstractNumId w:val="1"/>
  </w:num>
  <w:num w:numId="9" w16cid:durableId="2135440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D7584"/>
    <w:rsid w:val="00747264"/>
    <w:rsid w:val="007B1EA6"/>
    <w:rsid w:val="009E7915"/>
    <w:rsid w:val="009F74AA"/>
    <w:rsid w:val="00AA1D8D"/>
    <w:rsid w:val="00B47730"/>
    <w:rsid w:val="00CB0664"/>
    <w:rsid w:val="00CF6956"/>
    <w:rsid w:val="00D3107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6D5E4D"/>
  <w14:defaultImageDpi w14:val="300"/>
  <w15:docId w15:val="{2469478F-D922-4818-BBB2-CABD0B701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 Fauck</cp:lastModifiedBy>
  <cp:revision>3</cp:revision>
  <dcterms:created xsi:type="dcterms:W3CDTF">2013-12-23T23:15:00Z</dcterms:created>
  <dcterms:modified xsi:type="dcterms:W3CDTF">2025-10-07T10:14:00Z</dcterms:modified>
  <cp:category/>
</cp:coreProperties>
</file>